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BB876" w14:textId="77777777" w:rsidR="00961C8E" w:rsidRPr="008E2398" w:rsidRDefault="00961C8E">
      <w:pPr>
        <w:spacing w:after="40" w:line="288" w:lineRule="auto"/>
        <w:jc w:val="center"/>
        <w:rPr>
          <w:b/>
          <w:sz w:val="28"/>
          <w:szCs w:val="28"/>
        </w:rPr>
      </w:pPr>
      <w:proofErr w:type="spellStart"/>
      <w:r w:rsidRPr="008E2398">
        <w:rPr>
          <w:b/>
          <w:sz w:val="28"/>
          <w:szCs w:val="28"/>
        </w:rPr>
        <w:t>Sookmyung</w:t>
      </w:r>
      <w:proofErr w:type="spellEnd"/>
      <w:r w:rsidRPr="008E2398">
        <w:rPr>
          <w:b/>
          <w:sz w:val="28"/>
          <w:szCs w:val="28"/>
        </w:rPr>
        <w:t xml:space="preserve"> Women’s University </w:t>
      </w:r>
    </w:p>
    <w:p w14:paraId="565821DE" w14:textId="77777777" w:rsidR="00961C8E" w:rsidRPr="008E2398" w:rsidRDefault="00961C8E">
      <w:pPr>
        <w:spacing w:after="40" w:line="288" w:lineRule="auto"/>
        <w:jc w:val="center"/>
        <w:rPr>
          <w:b/>
          <w:sz w:val="28"/>
          <w:szCs w:val="28"/>
        </w:rPr>
      </w:pPr>
      <w:r w:rsidRPr="008E2398">
        <w:rPr>
          <w:b/>
          <w:sz w:val="28"/>
          <w:szCs w:val="28"/>
        </w:rPr>
        <w:t>Graduate School of TESOL</w:t>
      </w:r>
    </w:p>
    <w:p w14:paraId="2C91CF8A" w14:textId="1549DA0C" w:rsidR="00DC530A" w:rsidRPr="008E2398" w:rsidRDefault="00961C8E">
      <w:pPr>
        <w:spacing w:after="40" w:line="288" w:lineRule="auto"/>
        <w:jc w:val="center"/>
        <w:rPr>
          <w:b/>
          <w:bCs/>
          <w:sz w:val="28"/>
          <w:szCs w:val="28"/>
        </w:rPr>
      </w:pPr>
      <w:r w:rsidRPr="008E2398">
        <w:rPr>
          <w:b/>
          <w:bCs/>
          <w:sz w:val="28"/>
          <w:szCs w:val="28"/>
        </w:rPr>
        <w:t>AI Usage Declaration Form</w:t>
      </w:r>
    </w:p>
    <w:p w14:paraId="05CF10FD" w14:textId="77777777" w:rsidR="00CA12A5" w:rsidRPr="00961C8E" w:rsidRDefault="00CA12A5">
      <w:pPr>
        <w:spacing w:after="40" w:line="288" w:lineRule="auto"/>
        <w:jc w:val="center"/>
        <w:rPr>
          <w:b/>
          <w:bCs/>
        </w:rPr>
      </w:pPr>
    </w:p>
    <w:p w14:paraId="0390CCF7" w14:textId="77777777" w:rsidR="00DC530A" w:rsidRDefault="00000000">
      <w:pPr>
        <w:spacing w:before="120" w:after="80" w:line="288" w:lineRule="auto"/>
      </w:pPr>
      <w:r>
        <w:rPr>
          <w:b/>
          <w:sz w:val="26"/>
        </w:rPr>
        <w:t>Purpose of This Form</w:t>
      </w:r>
    </w:p>
    <w:p w14:paraId="6513C485" w14:textId="16503D89" w:rsidR="00DC530A" w:rsidRDefault="00000000">
      <w:pPr>
        <w:spacing w:after="80" w:line="288" w:lineRule="auto"/>
      </w:pPr>
      <w:r>
        <w:t xml:space="preserve">As graduate students </w:t>
      </w:r>
      <w:r w:rsidR="00961C8E">
        <w:t xml:space="preserve">the MA </w:t>
      </w:r>
      <w:r>
        <w:t>TESOL, developing critical AI literacy while upholding the highest standards of academic integrity is fundamental to your scholarly growth. The purpose of this form is to establish a transparent, reflective, and ethical framework for AI usage</w:t>
      </w:r>
      <w:r w:rsidR="00B71C82">
        <w:t xml:space="preserve"> for mid-term and final term papers</w:t>
      </w:r>
      <w:r>
        <w:t xml:space="preserve"> across our</w:t>
      </w:r>
      <w:r w:rsidR="00961C8E">
        <w:t xml:space="preserve"> various courses, including </w:t>
      </w:r>
      <w:r w:rsidR="00B71C82">
        <w:t xml:space="preserve">for </w:t>
      </w:r>
      <w:r w:rsidR="00961C8E">
        <w:t>the Thesis and Practicum research reports</w:t>
      </w:r>
      <w:r>
        <w:t>.</w:t>
      </w:r>
    </w:p>
    <w:p w14:paraId="42670346" w14:textId="7697B9EC" w:rsidR="00DC530A" w:rsidRDefault="00000000">
      <w:pPr>
        <w:spacing w:after="80" w:line="288" w:lineRule="auto"/>
      </w:pPr>
      <w:r>
        <w:t>Generative AI technologies offer powerful capabilities when integrated thoughtfully into the research and writing process. However, these tools are intended to assist—not replace—your own intellectual judgment. This standardized declaration ensures fair and equitable evaluation, proactive transparency, and rigorous reflective learning.</w:t>
      </w:r>
    </w:p>
    <w:p w14:paraId="628749BA" w14:textId="77777777" w:rsidR="00351A19" w:rsidRDefault="00351A19">
      <w:pPr>
        <w:spacing w:after="80" w:line="288" w:lineRule="auto"/>
      </w:pPr>
    </w:p>
    <w:p w14:paraId="04F56FEC" w14:textId="77777777" w:rsidR="00DC530A" w:rsidRDefault="00000000">
      <w:pPr>
        <w:spacing w:before="200" w:after="80" w:line="288" w:lineRule="auto"/>
      </w:pPr>
      <w:r>
        <w:rPr>
          <w:b/>
          <w:sz w:val="26"/>
        </w:rPr>
        <w:t>Policy &amp; Guidelines on Acceptable AI Use</w:t>
      </w:r>
    </w:p>
    <w:p w14:paraId="56D35BE4" w14:textId="77777777" w:rsidR="00DC530A" w:rsidRDefault="00000000">
      <w:pPr>
        <w:spacing w:after="80" w:line="288" w:lineRule="auto"/>
      </w:pPr>
      <w:r>
        <w:t>Generative AI may serve as a consultative assistant and formatting aid. However, it must never supersede the essential scholarly activities of primary writing, critical synthesis, and empirical data analysis.</w:t>
      </w:r>
    </w:p>
    <w:p w14:paraId="05792BA6" w14:textId="77777777" w:rsidR="00DC530A" w:rsidRDefault="00000000">
      <w:pPr>
        <w:spacing w:before="80" w:after="40" w:line="288" w:lineRule="auto"/>
      </w:pPr>
      <w:r>
        <w:rPr>
          <w:b/>
        </w:rPr>
        <w:t>1. Permitted Uses (Subject to Full Disclosure and Critical Evaluation)</w:t>
      </w:r>
    </w:p>
    <w:p w14:paraId="148C2F69" w14:textId="77777777" w:rsidR="00DC530A" w:rsidRDefault="00000000">
      <w:pPr>
        <w:spacing w:after="80" w:line="288" w:lineRule="auto"/>
      </w:pPr>
      <w:r>
        <w:t>Students are permitted to consult AI tools for the following preparatory and consultative tasks, provided all interactions are documented in Section 3 and substantially refined in the final work:</w:t>
      </w:r>
    </w:p>
    <w:p w14:paraId="61039A25" w14:textId="6C9A1E1F" w:rsidR="00DC530A" w:rsidRDefault="00000000">
      <w:pPr>
        <w:pStyle w:val="ListBullet"/>
        <w:spacing w:after="80" w:line="288" w:lineRule="auto"/>
      </w:pPr>
      <w:r>
        <w:rPr>
          <w:b/>
        </w:rPr>
        <w:t xml:space="preserve">Conceptualization &amp; Research Planning: </w:t>
      </w:r>
      <w:r>
        <w:t>Ideation, identifying or narrowing research topics, refining research design,</w:t>
      </w:r>
      <w:r w:rsidR="00783E4F">
        <w:t xml:space="preserve"> getting ideas about activities and/or materials</w:t>
      </w:r>
      <w:r>
        <w:t xml:space="preserve"> and exploring potential data collection or analysis procedures.</w:t>
      </w:r>
    </w:p>
    <w:p w14:paraId="623D76D3" w14:textId="77777777" w:rsidR="00DC530A" w:rsidRDefault="00000000">
      <w:pPr>
        <w:pStyle w:val="ListBullet"/>
        <w:spacing w:after="80" w:line="288" w:lineRule="auto"/>
      </w:pPr>
      <w:r>
        <w:rPr>
          <w:b/>
        </w:rPr>
        <w:t xml:space="preserve">Literature Discovery: </w:t>
      </w:r>
      <w:r>
        <w:t>Identifying relevant themes, keywords, or background literature for preliminary review.</w:t>
      </w:r>
    </w:p>
    <w:p w14:paraId="6B046061" w14:textId="5316C176" w:rsidR="00DC530A" w:rsidRDefault="00000000">
      <w:pPr>
        <w:pStyle w:val="ListBullet"/>
        <w:spacing w:after="80" w:line="288" w:lineRule="auto"/>
      </w:pPr>
      <w:r>
        <w:rPr>
          <w:b/>
        </w:rPr>
        <w:t xml:space="preserve">Language &amp; Structural Polishing: </w:t>
      </w:r>
      <w:r>
        <w:t>Proofreading, spell-checking,</w:t>
      </w:r>
      <w:r w:rsidR="00BC2ACD">
        <w:t xml:space="preserve"> formatting</w:t>
      </w:r>
      <w:r>
        <w:t xml:space="preserve"> and grammar refinement.</w:t>
      </w:r>
    </w:p>
    <w:p w14:paraId="21F26060" w14:textId="77777777" w:rsidR="00DC530A" w:rsidRDefault="00000000">
      <w:pPr>
        <w:spacing w:before="120" w:after="40" w:line="288" w:lineRule="auto"/>
      </w:pPr>
      <w:r>
        <w:rPr>
          <w:b/>
        </w:rPr>
        <w:t>2. Prohibited Uses</w:t>
      </w:r>
    </w:p>
    <w:p w14:paraId="6A681585" w14:textId="77777777" w:rsidR="00DC530A" w:rsidRDefault="00000000">
      <w:pPr>
        <w:spacing w:after="80" w:line="288" w:lineRule="auto"/>
      </w:pPr>
      <w:r>
        <w:t>To preserve scholarly authority and academic validity, the following uses of AI are strictly prohibited:</w:t>
      </w:r>
    </w:p>
    <w:p w14:paraId="360E7692" w14:textId="1F670D40" w:rsidR="00DC530A" w:rsidRDefault="00000000">
      <w:pPr>
        <w:pStyle w:val="ListBullet"/>
        <w:spacing w:after="80" w:line="288" w:lineRule="auto"/>
      </w:pPr>
      <w:r>
        <w:rPr>
          <w:b/>
        </w:rPr>
        <w:t xml:space="preserve">Direct Text Generation: </w:t>
      </w:r>
      <w:r>
        <w:t xml:space="preserve">Copying AI-generated sentences, paragraphs, or entire sections directly into your </w:t>
      </w:r>
      <w:r w:rsidR="00152199">
        <w:t>paper</w:t>
      </w:r>
      <w:r>
        <w:t>.</w:t>
      </w:r>
    </w:p>
    <w:p w14:paraId="63E77E0D" w14:textId="77777777" w:rsidR="00DC530A" w:rsidRDefault="00000000">
      <w:pPr>
        <w:pStyle w:val="ListBullet"/>
        <w:spacing w:after="80" w:line="288" w:lineRule="auto"/>
      </w:pPr>
      <w:r>
        <w:rPr>
          <w:b/>
        </w:rPr>
        <w:lastRenderedPageBreak/>
        <w:t xml:space="preserve">Automated Data Analysis: </w:t>
      </w:r>
      <w:r>
        <w:t>Utilizing AI to conduct, interpret, or write up data analysis on your behalf without direct, independent execution by the researcher.</w:t>
      </w:r>
    </w:p>
    <w:p w14:paraId="3D6BDAEA" w14:textId="3E5B26AA" w:rsidR="00351A19" w:rsidRDefault="00000000">
      <w:pPr>
        <w:spacing w:before="120" w:after="240" w:line="288" w:lineRule="auto"/>
        <w:rPr>
          <w:i/>
        </w:rPr>
      </w:pPr>
      <w:r>
        <w:rPr>
          <w:b/>
        </w:rPr>
        <w:t xml:space="preserve">Core Principle: </w:t>
      </w:r>
      <w:r>
        <w:rPr>
          <w:i/>
        </w:rPr>
        <w:t>AI should function as an initial sounding board and auxiliary formatting tool. The scholarly processes of critical thinking, data analysis, synthesis, and final sentence-level composition must remain entirely your own.</w:t>
      </w:r>
    </w:p>
    <w:p w14:paraId="449EA9A2" w14:textId="77777777" w:rsidR="00CB6DFC" w:rsidRPr="008E2398" w:rsidRDefault="00CB6DFC">
      <w:pPr>
        <w:spacing w:before="120" w:after="240" w:line="288" w:lineRule="auto"/>
        <w:rPr>
          <w:i/>
        </w:rPr>
      </w:pPr>
    </w:p>
    <w:p w14:paraId="00F09DAE" w14:textId="77777777" w:rsidR="00DC530A" w:rsidRDefault="00000000">
      <w:pPr>
        <w:spacing w:before="200" w:after="80" w:line="288" w:lineRule="auto"/>
      </w:pPr>
      <w:r>
        <w:rPr>
          <w:b/>
          <w:sz w:val="26"/>
        </w:rPr>
        <w:t>1. AI Usage Declaration</w:t>
      </w:r>
    </w:p>
    <w:p w14:paraId="29DDD768" w14:textId="77777777" w:rsidR="00DC530A" w:rsidRDefault="00000000">
      <w:pPr>
        <w:spacing w:after="80" w:line="288" w:lineRule="auto"/>
      </w:pPr>
      <w:r>
        <w:rPr>
          <w:i/>
        </w:rPr>
        <w:t>Select ONE option below:</w:t>
      </w:r>
    </w:p>
    <w:p w14:paraId="3E9D774A" w14:textId="77777777" w:rsidR="00DC530A" w:rsidRDefault="00000000">
      <w:pPr>
        <w:spacing w:after="80" w:line="288" w:lineRule="auto"/>
      </w:pPr>
      <w:r>
        <w:t>[  ]  I did NOT use AI tools for any part of this assignment/exam.</w:t>
      </w:r>
      <w:r>
        <w:rPr>
          <w:i/>
        </w:rPr>
        <w:br/>
        <w:t xml:space="preserve">       (Standard spell-checkers and built-in word-processor grammar tools do not require disclosure.)</w:t>
      </w:r>
    </w:p>
    <w:p w14:paraId="39F6344D" w14:textId="77777777" w:rsidR="00DC530A" w:rsidRDefault="00000000">
      <w:pPr>
        <w:spacing w:after="80" w:line="288" w:lineRule="auto"/>
      </w:pPr>
      <w:r>
        <w:t>[  ]  I USED AI tools for this assignment/exam (Please complete Sections 2 and 3 below).</w:t>
      </w:r>
    </w:p>
    <w:p w14:paraId="35414B09" w14:textId="77777777" w:rsidR="00DC530A" w:rsidRDefault="00000000">
      <w:pPr>
        <w:spacing w:before="200" w:after="80" w:line="288" w:lineRule="auto"/>
      </w:pPr>
      <w:r>
        <w:rPr>
          <w:b/>
          <w:sz w:val="26"/>
        </w:rPr>
        <w:t>2. Primary Purpose of AI Use</w:t>
      </w:r>
    </w:p>
    <w:p w14:paraId="24E862AD" w14:textId="77777777" w:rsidR="00DC530A" w:rsidRDefault="00000000">
      <w:pPr>
        <w:spacing w:after="80" w:line="288" w:lineRule="auto"/>
      </w:pPr>
      <w:r>
        <w:rPr>
          <w:i/>
        </w:rPr>
        <w:t>Select all that apply. If applicable, circle or bold specific sub-categories:</w:t>
      </w:r>
    </w:p>
    <w:p w14:paraId="021E487D" w14:textId="2EB8CAA1" w:rsidR="00DC530A" w:rsidRDefault="00000000">
      <w:pPr>
        <w:spacing w:after="80" w:line="288" w:lineRule="auto"/>
      </w:pPr>
      <w:r>
        <w:t xml:space="preserve">[  ]  Ideation / </w:t>
      </w:r>
      <w:r w:rsidR="00961C8E">
        <w:t>b</w:t>
      </w:r>
      <w:r>
        <w:t xml:space="preserve">rainstorming / </w:t>
      </w:r>
      <w:r w:rsidR="00961C8E">
        <w:t>r</w:t>
      </w:r>
      <w:r>
        <w:t xml:space="preserve">esearch </w:t>
      </w:r>
      <w:r w:rsidR="00961C8E">
        <w:t>d</w:t>
      </w:r>
      <w:r>
        <w:t>esign</w:t>
      </w:r>
      <w:r>
        <w:rPr>
          <w:i/>
        </w:rPr>
        <w:br/>
      </w:r>
      <w:r w:rsidRPr="00961C8E">
        <w:rPr>
          <w:iCs/>
        </w:rPr>
        <w:t xml:space="preserve">       (Sub-categories: identifying a research topic / research design / data collection procedures /</w:t>
      </w:r>
      <w:r w:rsidR="00961C8E">
        <w:rPr>
          <w:iCs/>
        </w:rPr>
        <w:br/>
        <w:t xml:space="preserve">      </w:t>
      </w:r>
      <w:r w:rsidRPr="00961C8E">
        <w:rPr>
          <w:iCs/>
        </w:rPr>
        <w:t xml:space="preserve"> data analysis procedures)</w:t>
      </w:r>
      <w:r w:rsidR="00961C8E">
        <w:rPr>
          <w:iCs/>
        </w:rPr>
        <w:t xml:space="preserve"> </w:t>
      </w:r>
      <w:r w:rsidR="00961C8E" w:rsidRPr="00961C8E">
        <w:rPr>
          <w:i/>
        </w:rPr>
        <w:t xml:space="preserve">(* </w:t>
      </w:r>
      <w:r w:rsidR="00961C8E">
        <w:rPr>
          <w:i/>
        </w:rPr>
        <w:t>circle</w:t>
      </w:r>
      <w:r w:rsidR="00961C8E" w:rsidRPr="00961C8E">
        <w:rPr>
          <w:i/>
        </w:rPr>
        <w:t xml:space="preserve"> all that apply)</w:t>
      </w:r>
    </w:p>
    <w:p w14:paraId="5ECF9B61" w14:textId="5DD2F903" w:rsidR="00DC530A" w:rsidRDefault="00000000">
      <w:pPr>
        <w:spacing w:after="80" w:line="288" w:lineRule="auto"/>
      </w:pPr>
      <w:r>
        <w:t xml:space="preserve">[  ]  Literature </w:t>
      </w:r>
      <w:r w:rsidR="00961C8E">
        <w:t>s</w:t>
      </w:r>
      <w:r>
        <w:t>earch</w:t>
      </w:r>
      <w:r w:rsidR="00961C8E">
        <w:t xml:space="preserve"> and s</w:t>
      </w:r>
      <w:r>
        <w:t xml:space="preserve">ource </w:t>
      </w:r>
      <w:r w:rsidR="00961C8E">
        <w:t>d</w:t>
      </w:r>
      <w:r>
        <w:t>iscovery</w:t>
      </w:r>
    </w:p>
    <w:p w14:paraId="5D88CC61" w14:textId="1B2F3FFD" w:rsidR="00DC530A" w:rsidRDefault="00000000">
      <w:pPr>
        <w:spacing w:after="80" w:line="288" w:lineRule="auto"/>
      </w:pPr>
      <w:r>
        <w:t xml:space="preserve">[  ]  Structuring / </w:t>
      </w:r>
      <w:r w:rsidR="00961C8E">
        <w:t>o</w:t>
      </w:r>
      <w:r>
        <w:t>utlining</w:t>
      </w:r>
    </w:p>
    <w:p w14:paraId="6415848C" w14:textId="4EA56A71" w:rsidR="00DC530A" w:rsidRDefault="00000000">
      <w:pPr>
        <w:spacing w:after="80" w:line="288" w:lineRule="auto"/>
      </w:pPr>
      <w:r>
        <w:t xml:space="preserve">[  ]  Drafting </w:t>
      </w:r>
      <w:r w:rsidR="00961C8E">
        <w:t>c</w:t>
      </w:r>
      <w:r>
        <w:t>ontent /</w:t>
      </w:r>
      <w:r w:rsidR="00961C8E">
        <w:t xml:space="preserve"> t</w:t>
      </w:r>
      <w:r>
        <w:t xml:space="preserve">ext </w:t>
      </w:r>
      <w:r w:rsidR="00961C8E">
        <w:t>g</w:t>
      </w:r>
      <w:r>
        <w:t>eneration</w:t>
      </w:r>
    </w:p>
    <w:p w14:paraId="288ACA80" w14:textId="74E2F7CF" w:rsidR="00DC530A" w:rsidRDefault="00000000">
      <w:pPr>
        <w:spacing w:after="80" w:line="288" w:lineRule="auto"/>
      </w:pPr>
      <w:r>
        <w:t xml:space="preserve">[  ]  Refining </w:t>
      </w:r>
      <w:r w:rsidR="00961C8E">
        <w:t>text to make it sound more scholarly</w:t>
      </w:r>
    </w:p>
    <w:p w14:paraId="6F874998" w14:textId="59150E4F" w:rsidR="00DC530A" w:rsidRDefault="00000000">
      <w:pPr>
        <w:spacing w:after="80" w:line="288" w:lineRule="auto"/>
      </w:pPr>
      <w:r>
        <w:t xml:space="preserve">[  ]  Summarizing or </w:t>
      </w:r>
      <w:r w:rsidR="00961C8E">
        <w:t>e</w:t>
      </w:r>
      <w:r>
        <w:t xml:space="preserve">xplaining </w:t>
      </w:r>
      <w:r w:rsidR="00961C8E">
        <w:t>s</w:t>
      </w:r>
      <w:r>
        <w:t xml:space="preserve">ource </w:t>
      </w:r>
      <w:r w:rsidR="00961C8E">
        <w:t>m</w:t>
      </w:r>
      <w:r>
        <w:t>aterials</w:t>
      </w:r>
    </w:p>
    <w:p w14:paraId="341F35CB" w14:textId="42E7457C" w:rsidR="00DC530A" w:rsidRDefault="00000000">
      <w:pPr>
        <w:spacing w:after="80" w:line="288" w:lineRule="auto"/>
      </w:pPr>
      <w:r>
        <w:t xml:space="preserve">[  ]  Analyzing </w:t>
      </w:r>
      <w:r w:rsidR="00961C8E">
        <w:t>d</w:t>
      </w:r>
      <w:r>
        <w:t>ata (</w:t>
      </w:r>
      <w:r w:rsidR="00961C8E">
        <w:t>q</w:t>
      </w:r>
      <w:r>
        <w:t xml:space="preserve">ualitative / </w:t>
      </w:r>
      <w:r w:rsidR="00961C8E">
        <w:t>q</w:t>
      </w:r>
      <w:r>
        <w:t>uantitative)</w:t>
      </w:r>
    </w:p>
    <w:p w14:paraId="2C5F840A" w14:textId="17D1F9E8" w:rsidR="00DC530A" w:rsidRDefault="00000000">
      <w:pPr>
        <w:spacing w:after="80" w:line="288" w:lineRule="auto"/>
      </w:pPr>
      <w:r>
        <w:t xml:space="preserve">[  ]  Discussing / </w:t>
      </w:r>
      <w:r w:rsidR="00961C8E">
        <w:t>i</w:t>
      </w:r>
      <w:r>
        <w:t xml:space="preserve">nterpreting </w:t>
      </w:r>
      <w:r w:rsidR="00961C8E">
        <w:t>r</w:t>
      </w:r>
      <w:r>
        <w:t xml:space="preserve">esearch </w:t>
      </w:r>
      <w:r w:rsidR="00961C8E">
        <w:t>f</w:t>
      </w:r>
      <w:r>
        <w:t>indings</w:t>
      </w:r>
    </w:p>
    <w:p w14:paraId="05C57072" w14:textId="4F741DF3" w:rsidR="00022401" w:rsidRDefault="00022401">
      <w:pPr>
        <w:spacing w:after="80" w:line="288" w:lineRule="auto"/>
      </w:pPr>
      <w:r>
        <w:t xml:space="preserve">[   ] </w:t>
      </w:r>
      <w:r w:rsidR="00E330BE">
        <w:t>A</w:t>
      </w:r>
      <w:r>
        <w:t xml:space="preserve">nswering the questions of the </w:t>
      </w:r>
      <w:r w:rsidR="00BA5B70">
        <w:t>exam/project (e.g. creating lesson plans, creating</w:t>
      </w:r>
      <w:r w:rsidR="00BA5B70">
        <w:br/>
        <w:t xml:space="preserve">      materials)</w:t>
      </w:r>
    </w:p>
    <w:p w14:paraId="67593E8F" w14:textId="77777777" w:rsidR="00DC530A" w:rsidRDefault="00000000">
      <w:pPr>
        <w:spacing w:after="80" w:line="288" w:lineRule="auto"/>
      </w:pPr>
      <w:r>
        <w:t>[  ]  Other: ____________________________________________________</w:t>
      </w:r>
    </w:p>
    <w:p w14:paraId="5B0AA0D1" w14:textId="77777777" w:rsidR="00E34FFA" w:rsidRDefault="00E34FFA">
      <w:pPr>
        <w:spacing w:after="80" w:line="288" w:lineRule="auto"/>
      </w:pPr>
    </w:p>
    <w:p w14:paraId="576BEEA6" w14:textId="77777777" w:rsidR="00BF39CB" w:rsidRDefault="00BF39CB">
      <w:pPr>
        <w:spacing w:after="80" w:line="288" w:lineRule="auto"/>
      </w:pPr>
    </w:p>
    <w:p w14:paraId="751BF584" w14:textId="77777777" w:rsidR="00BF39CB" w:rsidRDefault="00BF39CB">
      <w:pPr>
        <w:spacing w:after="80" w:line="288" w:lineRule="auto"/>
      </w:pPr>
    </w:p>
    <w:p w14:paraId="3554B725" w14:textId="77777777" w:rsidR="00BF39CB" w:rsidRDefault="00BF39CB">
      <w:pPr>
        <w:spacing w:after="80" w:line="288" w:lineRule="auto"/>
      </w:pPr>
    </w:p>
    <w:p w14:paraId="65C1E65D" w14:textId="77777777" w:rsidR="00DC530A" w:rsidRDefault="00000000">
      <w:pPr>
        <w:spacing w:before="200" w:after="80" w:line="288" w:lineRule="auto"/>
      </w:pPr>
      <w:r>
        <w:rPr>
          <w:b/>
          <w:sz w:val="26"/>
        </w:rPr>
        <w:lastRenderedPageBreak/>
        <w:t>3. Step-by-Step AI Interaction Log</w:t>
      </w:r>
    </w:p>
    <w:p w14:paraId="65A03C1B" w14:textId="34ADDAFB" w:rsidR="00210923" w:rsidRPr="00210923" w:rsidRDefault="00000000" w:rsidP="00210923">
      <w:pPr>
        <w:spacing w:before="40" w:after="80" w:line="288" w:lineRule="auto"/>
      </w:pPr>
      <w:r w:rsidRPr="00210923">
        <w:rPr>
          <w:iCs/>
          <w:u w:val="single"/>
        </w:rPr>
        <w:t>For each instance</w:t>
      </w:r>
      <w:r w:rsidRPr="00210923">
        <w:rPr>
          <w:iCs/>
        </w:rPr>
        <w:t xml:space="preserve"> of AI tool interaction, provide the details below (duplicate this section or attach additional sheets as needed):</w:t>
      </w:r>
      <w:r w:rsidR="0003392A">
        <w:rPr>
          <w:b/>
        </w:rPr>
        <w:t>AI Interaction Log Entry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77"/>
        <w:gridCol w:w="4756"/>
      </w:tblGrid>
      <w:tr w:rsidR="00210923" w14:paraId="7696FACB" w14:textId="77777777" w:rsidTr="008E2398">
        <w:trPr>
          <w:trHeight w:val="1065"/>
          <w:jc w:val="center"/>
        </w:trPr>
        <w:tc>
          <w:tcPr>
            <w:tcW w:w="4577" w:type="dxa"/>
            <w:tcMar>
              <w:top w:w="120" w:type="dxa"/>
              <w:left w:w="150" w:type="dxa"/>
              <w:bottom w:w="120" w:type="dxa"/>
              <w:right w:w="150" w:type="dxa"/>
            </w:tcMar>
          </w:tcPr>
          <w:p w14:paraId="0F087C5C" w14:textId="29A27BBC" w:rsidR="00210923" w:rsidRPr="00210923" w:rsidRDefault="00210923" w:rsidP="00210923">
            <w:pPr>
              <w:spacing w:after="80" w:line="288" w:lineRule="auto"/>
              <w:rPr>
                <w:iCs/>
              </w:rPr>
            </w:pPr>
            <w:r>
              <w:rPr>
                <w:b/>
              </w:rPr>
              <w:t>1. Tool Name &amp; Version</w:t>
            </w:r>
            <w:r>
              <w:rPr>
                <w:i/>
              </w:rPr>
              <w:br/>
            </w:r>
            <w:r w:rsidRPr="00210923">
              <w:rPr>
                <w:iCs/>
              </w:rPr>
              <w:t>(e.g., GPT 5.6 Luna, Gemini 3.6 Flash, Claude Sonnet 5.5, or other AI-driven apps</w:t>
            </w:r>
            <w:r>
              <w:rPr>
                <w:iCs/>
              </w:rPr>
              <w:t xml:space="preserve"> / websites</w:t>
            </w:r>
            <w:r w:rsidRPr="00210923">
              <w:rPr>
                <w:iCs/>
              </w:rPr>
              <w:t xml:space="preserve"> for research and thesis writing)</w:t>
            </w:r>
          </w:p>
        </w:tc>
        <w:tc>
          <w:tcPr>
            <w:tcW w:w="4756" w:type="dxa"/>
            <w:tcMar>
              <w:top w:w="120" w:type="dxa"/>
              <w:left w:w="150" w:type="dxa"/>
              <w:bottom w:w="120" w:type="dxa"/>
              <w:right w:w="150" w:type="dxa"/>
            </w:tcMar>
          </w:tcPr>
          <w:p w14:paraId="5397835A" w14:textId="77777777" w:rsidR="00210923" w:rsidRDefault="00210923" w:rsidP="000E3B04">
            <w:pPr>
              <w:spacing w:before="40" w:after="40" w:line="288" w:lineRule="auto"/>
            </w:pPr>
          </w:p>
        </w:tc>
      </w:tr>
      <w:tr w:rsidR="00210923" w14:paraId="0C643B0A" w14:textId="77777777" w:rsidTr="008E2398">
        <w:trPr>
          <w:trHeight w:val="313"/>
          <w:jc w:val="center"/>
        </w:trPr>
        <w:tc>
          <w:tcPr>
            <w:tcW w:w="4577" w:type="dxa"/>
            <w:tcMar>
              <w:top w:w="120" w:type="dxa"/>
              <w:left w:w="150" w:type="dxa"/>
              <w:bottom w:w="120" w:type="dxa"/>
              <w:right w:w="150" w:type="dxa"/>
            </w:tcMar>
          </w:tcPr>
          <w:p w14:paraId="19203B8E" w14:textId="77777777" w:rsidR="00210923" w:rsidRDefault="00210923" w:rsidP="000E3B04">
            <w:pPr>
              <w:spacing w:before="40" w:after="40" w:line="288" w:lineRule="auto"/>
            </w:pPr>
            <w:r>
              <w:rPr>
                <w:b/>
              </w:rPr>
              <w:t>2. Exact Prompt(s) Used</w:t>
            </w:r>
          </w:p>
        </w:tc>
        <w:tc>
          <w:tcPr>
            <w:tcW w:w="4756" w:type="dxa"/>
            <w:tcMar>
              <w:top w:w="120" w:type="dxa"/>
              <w:left w:w="150" w:type="dxa"/>
              <w:bottom w:w="120" w:type="dxa"/>
              <w:right w:w="150" w:type="dxa"/>
            </w:tcMar>
          </w:tcPr>
          <w:p w14:paraId="0499692B" w14:textId="77777777" w:rsidR="00210923" w:rsidRDefault="00210923" w:rsidP="000E3B04">
            <w:pPr>
              <w:spacing w:before="40" w:after="40" w:line="288" w:lineRule="auto"/>
            </w:pPr>
          </w:p>
        </w:tc>
      </w:tr>
      <w:tr w:rsidR="00210923" w14:paraId="15B63D56" w14:textId="77777777" w:rsidTr="008E2398">
        <w:trPr>
          <w:trHeight w:val="561"/>
          <w:jc w:val="center"/>
        </w:trPr>
        <w:tc>
          <w:tcPr>
            <w:tcW w:w="4577" w:type="dxa"/>
            <w:tcMar>
              <w:top w:w="120" w:type="dxa"/>
              <w:left w:w="150" w:type="dxa"/>
              <w:bottom w:w="120" w:type="dxa"/>
              <w:right w:w="150" w:type="dxa"/>
            </w:tcMar>
          </w:tcPr>
          <w:p w14:paraId="7C39ACBF" w14:textId="1F761222" w:rsidR="00210923" w:rsidRDefault="00210923" w:rsidP="000E3B04">
            <w:pPr>
              <w:spacing w:before="40" w:after="40" w:line="288" w:lineRule="auto"/>
            </w:pPr>
            <w:r>
              <w:rPr>
                <w:b/>
              </w:rPr>
              <w:t>3. Primary AI Output Excerpt or</w:t>
            </w:r>
            <w:r w:rsidR="00587DEE">
              <w:rPr>
                <w:b/>
              </w:rPr>
              <w:t xml:space="preserve"> </w:t>
            </w:r>
            <w:r w:rsidR="00587DEE">
              <w:rPr>
                <w:b/>
              </w:rPr>
              <w:br/>
              <w:t xml:space="preserve">   </w:t>
            </w:r>
            <w:r>
              <w:rPr>
                <w:b/>
              </w:rPr>
              <w:t xml:space="preserve"> Shareable Transcript Link</w:t>
            </w:r>
          </w:p>
        </w:tc>
        <w:tc>
          <w:tcPr>
            <w:tcW w:w="4756" w:type="dxa"/>
            <w:tcMar>
              <w:top w:w="120" w:type="dxa"/>
              <w:left w:w="150" w:type="dxa"/>
              <w:bottom w:w="120" w:type="dxa"/>
              <w:right w:w="150" w:type="dxa"/>
            </w:tcMar>
          </w:tcPr>
          <w:p w14:paraId="4BA50B7B" w14:textId="77777777" w:rsidR="00210923" w:rsidRDefault="00210923" w:rsidP="000E3B04">
            <w:pPr>
              <w:spacing w:before="40" w:after="40" w:line="288" w:lineRule="auto"/>
            </w:pPr>
          </w:p>
        </w:tc>
      </w:tr>
      <w:tr w:rsidR="00210923" w14:paraId="006308CA" w14:textId="77777777" w:rsidTr="008E2398">
        <w:trPr>
          <w:trHeight w:val="2744"/>
          <w:jc w:val="center"/>
        </w:trPr>
        <w:tc>
          <w:tcPr>
            <w:tcW w:w="4577" w:type="dxa"/>
            <w:tcMar>
              <w:top w:w="120" w:type="dxa"/>
              <w:left w:w="150" w:type="dxa"/>
              <w:bottom w:w="120" w:type="dxa"/>
              <w:right w:w="150" w:type="dxa"/>
            </w:tcMar>
          </w:tcPr>
          <w:p w14:paraId="0B5BC2F2" w14:textId="77777777" w:rsidR="00210923" w:rsidRDefault="00210923" w:rsidP="000E3B04">
            <w:pPr>
              <w:spacing w:before="40" w:after="40" w:line="288" w:lineRule="auto"/>
            </w:pPr>
            <w:r>
              <w:rPr>
                <w:b/>
              </w:rPr>
              <w:t>4. Critical Evaluation &amp; Synthesis</w:t>
            </w:r>
          </w:p>
        </w:tc>
        <w:tc>
          <w:tcPr>
            <w:tcW w:w="4756" w:type="dxa"/>
            <w:tcMar>
              <w:top w:w="120" w:type="dxa"/>
              <w:left w:w="150" w:type="dxa"/>
              <w:bottom w:w="120" w:type="dxa"/>
              <w:right w:w="150" w:type="dxa"/>
            </w:tcMar>
          </w:tcPr>
          <w:p w14:paraId="5A5261F4" w14:textId="77777777" w:rsidR="00210923" w:rsidRDefault="00210923" w:rsidP="000E3B04">
            <w:pPr>
              <w:spacing w:before="40" w:after="40" w:line="288" w:lineRule="auto"/>
              <w:rPr>
                <w:b/>
              </w:rPr>
            </w:pPr>
            <w:r>
              <w:rPr>
                <w:b/>
              </w:rPr>
              <w:t>a) What was helpful or accurate?</w:t>
            </w:r>
          </w:p>
          <w:p w14:paraId="64C5DA5F" w14:textId="77777777" w:rsidR="00BF39CB" w:rsidRDefault="00BF39CB" w:rsidP="000E3B04">
            <w:pPr>
              <w:spacing w:before="40" w:after="40" w:line="288" w:lineRule="auto"/>
              <w:rPr>
                <w:b/>
              </w:rPr>
            </w:pPr>
          </w:p>
          <w:p w14:paraId="5328B7B7" w14:textId="77777777" w:rsidR="00BF39CB" w:rsidRDefault="00BF39CB" w:rsidP="000E3B04">
            <w:pPr>
              <w:spacing w:before="40" w:after="40" w:line="288" w:lineRule="auto"/>
              <w:rPr>
                <w:b/>
              </w:rPr>
            </w:pPr>
          </w:p>
          <w:p w14:paraId="19959BC5" w14:textId="5C1CD5A0" w:rsidR="00210923" w:rsidRDefault="00210923" w:rsidP="00210923">
            <w:pPr>
              <w:spacing w:after="80" w:line="288" w:lineRule="auto"/>
              <w:rPr>
                <w:b/>
              </w:rPr>
            </w:pPr>
            <w:r>
              <w:rPr>
                <w:b/>
              </w:rPr>
              <w:t>b) What was inaccurate, unhelpful, or</w:t>
            </w:r>
            <w:r w:rsidR="00587DEE">
              <w:rPr>
                <w:b/>
              </w:rPr>
              <w:br/>
              <w:t xml:space="preserve">    </w:t>
            </w:r>
            <w:r>
              <w:rPr>
                <w:b/>
              </w:rPr>
              <w:t xml:space="preserve"> generic?</w:t>
            </w:r>
          </w:p>
          <w:p w14:paraId="31C6E3D7" w14:textId="77777777" w:rsidR="00BF39CB" w:rsidRDefault="00BF39CB" w:rsidP="00210923">
            <w:pPr>
              <w:spacing w:after="80" w:line="288" w:lineRule="auto"/>
              <w:rPr>
                <w:b/>
              </w:rPr>
            </w:pPr>
          </w:p>
          <w:p w14:paraId="73D55213" w14:textId="77777777" w:rsidR="00BF39CB" w:rsidRDefault="00BF39CB" w:rsidP="00210923">
            <w:pPr>
              <w:spacing w:after="80" w:line="288" w:lineRule="auto"/>
              <w:rPr>
                <w:b/>
              </w:rPr>
            </w:pPr>
          </w:p>
          <w:p w14:paraId="2584B5A5" w14:textId="7FB1A2B2" w:rsidR="00210923" w:rsidRDefault="00210923" w:rsidP="000E3B04">
            <w:pPr>
              <w:spacing w:before="80" w:after="40" w:line="288" w:lineRule="auto"/>
            </w:pPr>
            <w:r>
              <w:rPr>
                <w:b/>
              </w:rPr>
              <w:t xml:space="preserve"> c) How did you modify, verify, or build</w:t>
            </w:r>
            <w:r w:rsidR="00587DEE">
              <w:rPr>
                <w:b/>
              </w:rPr>
              <w:br/>
              <w:t xml:space="preserve">    </w:t>
            </w:r>
            <w:r>
              <w:rPr>
                <w:b/>
              </w:rPr>
              <w:t xml:space="preserve"> upon the output before including it in</w:t>
            </w:r>
            <w:r w:rsidR="00587DEE">
              <w:rPr>
                <w:b/>
              </w:rPr>
              <w:br/>
              <w:t xml:space="preserve">    </w:t>
            </w:r>
            <w:r>
              <w:rPr>
                <w:b/>
              </w:rPr>
              <w:t xml:space="preserve"> your final work?</w:t>
            </w:r>
          </w:p>
          <w:p w14:paraId="72AFA370" w14:textId="77777777" w:rsidR="00BF39CB" w:rsidRDefault="00BF39CB" w:rsidP="000E3B04">
            <w:pPr>
              <w:spacing w:before="80" w:after="40" w:line="288" w:lineRule="auto"/>
            </w:pPr>
          </w:p>
          <w:p w14:paraId="6F3932E9" w14:textId="77777777" w:rsidR="00BF39CB" w:rsidRDefault="00BF39CB" w:rsidP="000E3B04">
            <w:pPr>
              <w:spacing w:before="80" w:after="40" w:line="288" w:lineRule="auto"/>
            </w:pPr>
          </w:p>
        </w:tc>
      </w:tr>
    </w:tbl>
    <w:p w14:paraId="1C35937E" w14:textId="5A440836" w:rsidR="00DC530A" w:rsidRDefault="00000000">
      <w:pPr>
        <w:spacing w:before="240" w:after="80" w:line="288" w:lineRule="auto"/>
      </w:pPr>
      <w:r>
        <w:rPr>
          <w:b/>
          <w:sz w:val="26"/>
        </w:rPr>
        <w:t>Academic Integrity &amp; Responsibility Declaration</w:t>
      </w:r>
    </w:p>
    <w:p w14:paraId="4E67FCB3" w14:textId="77777777" w:rsidR="00DC530A" w:rsidRDefault="00000000">
      <w:pPr>
        <w:spacing w:line="288" w:lineRule="auto"/>
      </w:pPr>
      <w:r>
        <w:t>I confirm that the details provided in this statement are complete, accurate, and truthful. I understand that submitting false disclosure information, failing to report AI usage, or presenting unverified AI-generated content as my own original work constitutes a violation of academic integrity policies. I take full personal responsibility for the accuracy, originality, and intellectual rigor of my final submission.</w:t>
      </w:r>
    </w:p>
    <w:p w14:paraId="06563426" w14:textId="5645767F" w:rsidR="00DC530A" w:rsidRDefault="00000000">
      <w:pPr>
        <w:spacing w:after="80" w:line="288" w:lineRule="auto"/>
      </w:pPr>
      <w:r>
        <w:t>Name: ____________________________________________</w:t>
      </w:r>
    </w:p>
    <w:p w14:paraId="4D9169E2" w14:textId="77777777" w:rsidR="00CB58E0" w:rsidRDefault="00CB58E0">
      <w:pPr>
        <w:spacing w:after="80" w:line="288" w:lineRule="auto"/>
      </w:pPr>
    </w:p>
    <w:p w14:paraId="497C0B29" w14:textId="485059CA" w:rsidR="00DC530A" w:rsidRDefault="00000000">
      <w:pPr>
        <w:spacing w:after="80" w:line="288" w:lineRule="auto"/>
      </w:pPr>
      <w:r>
        <w:t>Signature: _________________________________________</w:t>
      </w:r>
    </w:p>
    <w:p w14:paraId="1B9E4089" w14:textId="1F2F3B79" w:rsidR="00210923" w:rsidRDefault="00000000">
      <w:pPr>
        <w:spacing w:after="80" w:line="288" w:lineRule="auto"/>
      </w:pPr>
      <w:r>
        <w:lastRenderedPageBreak/>
        <w:t>Date: ____________________________________________</w:t>
      </w:r>
      <w:r w:rsidR="00587DEE">
        <w:t>_</w:t>
      </w:r>
    </w:p>
    <w:sectPr w:rsidR="00210923" w:rsidSect="000346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45AA8" w14:textId="77777777" w:rsidR="006D12E8" w:rsidRDefault="006D12E8" w:rsidP="00022401">
      <w:pPr>
        <w:spacing w:after="0" w:line="240" w:lineRule="auto"/>
      </w:pPr>
      <w:r>
        <w:separator/>
      </w:r>
    </w:p>
  </w:endnote>
  <w:endnote w:type="continuationSeparator" w:id="0">
    <w:p w14:paraId="28BAF9D8" w14:textId="77777777" w:rsidR="006D12E8" w:rsidRDefault="006D12E8" w:rsidP="000224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40372" w14:textId="77777777" w:rsidR="006D12E8" w:rsidRDefault="006D12E8" w:rsidP="00022401">
      <w:pPr>
        <w:spacing w:after="0" w:line="240" w:lineRule="auto"/>
      </w:pPr>
      <w:r>
        <w:separator/>
      </w:r>
    </w:p>
  </w:footnote>
  <w:footnote w:type="continuationSeparator" w:id="0">
    <w:p w14:paraId="4EB3B744" w14:textId="77777777" w:rsidR="006D12E8" w:rsidRDefault="006D12E8" w:rsidP="000224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03753939">
    <w:abstractNumId w:val="8"/>
  </w:num>
  <w:num w:numId="2" w16cid:durableId="318729588">
    <w:abstractNumId w:val="6"/>
  </w:num>
  <w:num w:numId="3" w16cid:durableId="1553689931">
    <w:abstractNumId w:val="5"/>
  </w:num>
  <w:num w:numId="4" w16cid:durableId="657030805">
    <w:abstractNumId w:val="4"/>
  </w:num>
  <w:num w:numId="5" w16cid:durableId="259417823">
    <w:abstractNumId w:val="7"/>
  </w:num>
  <w:num w:numId="6" w16cid:durableId="653489889">
    <w:abstractNumId w:val="3"/>
  </w:num>
  <w:num w:numId="7" w16cid:durableId="92407315">
    <w:abstractNumId w:val="2"/>
  </w:num>
  <w:num w:numId="8" w16cid:durableId="207880419">
    <w:abstractNumId w:val="1"/>
  </w:num>
  <w:num w:numId="9" w16cid:durableId="1645239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401"/>
    <w:rsid w:val="0003392A"/>
    <w:rsid w:val="00034616"/>
    <w:rsid w:val="0006063C"/>
    <w:rsid w:val="001027F1"/>
    <w:rsid w:val="0015074B"/>
    <w:rsid w:val="00152199"/>
    <w:rsid w:val="00210923"/>
    <w:rsid w:val="0029639D"/>
    <w:rsid w:val="002B1523"/>
    <w:rsid w:val="00326F90"/>
    <w:rsid w:val="00351A19"/>
    <w:rsid w:val="00587DEE"/>
    <w:rsid w:val="006D12E8"/>
    <w:rsid w:val="00720D00"/>
    <w:rsid w:val="00781891"/>
    <w:rsid w:val="00783E4F"/>
    <w:rsid w:val="00794C67"/>
    <w:rsid w:val="008E2398"/>
    <w:rsid w:val="00955389"/>
    <w:rsid w:val="00961C8E"/>
    <w:rsid w:val="00AA1D8D"/>
    <w:rsid w:val="00B47730"/>
    <w:rsid w:val="00B71C82"/>
    <w:rsid w:val="00BA5B70"/>
    <w:rsid w:val="00BC2ACD"/>
    <w:rsid w:val="00BF39CB"/>
    <w:rsid w:val="00C1459C"/>
    <w:rsid w:val="00CA12A5"/>
    <w:rsid w:val="00CB0664"/>
    <w:rsid w:val="00CB58E0"/>
    <w:rsid w:val="00CB6DFC"/>
    <w:rsid w:val="00DC530A"/>
    <w:rsid w:val="00E00055"/>
    <w:rsid w:val="00E330BE"/>
    <w:rsid w:val="00E34FF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9DC8AD"/>
  <w14:defaultImageDpi w14:val="300"/>
  <w15:docId w15:val="{7B77AA57-F76A-445F-BD56-7F93248EF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720</Words>
  <Characters>4106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Diane Rozells</cp:lastModifiedBy>
  <cp:revision>20</cp:revision>
  <dcterms:created xsi:type="dcterms:W3CDTF">2026-10-02T07:13:00Z</dcterms:created>
  <dcterms:modified xsi:type="dcterms:W3CDTF">2026-10-16T05:02:00Z</dcterms:modified>
  <cp:category/>
</cp:coreProperties>
</file>